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Calibri" w:hAnsi="Calibri"/>
          <w:b/>
          <w:color w:val="1F4D78"/>
          <w:sz w:val="40"/>
        </w:rPr>
        <w:t>PRÉNOM NOM</w:t>
      </w:r>
    </w:p>
    <w:p>
      <w:pPr>
        <w:spacing w:after="200"/>
        <w:jc w:val="center"/>
      </w:pPr>
      <w:r>
        <w:rPr>
          <w:rFonts w:ascii="Calibri" w:hAnsi="Calibri"/>
          <w:b w:val="0"/>
          <w:color w:val="555555"/>
          <w:sz w:val="19"/>
        </w:rPr>
        <w:t>Montréal, QC  |  514 555-0000  |  nom@courriel.com  |  linkedin.com/in/votrenom</w:t>
      </w:r>
    </w:p>
    <w:p>
      <w:pPr>
        <w:keepNext/>
        <w:spacing w:before="280" w:after="120"/>
      </w:pPr>
      <w:r>
        <w:rPr>
          <w:rFonts w:ascii="Calibri" w:hAnsi="Calibri"/>
          <w:b/>
          <w:color w:val="1F4D78"/>
          <w:sz w:val="25"/>
        </w:rPr>
        <w:t>PROFIL PROFESSIONNEL</w:t>
      </w:r>
    </w:p>
    <w:p>
      <w:pPr>
        <w:spacing w:after="100" w:line="276" w:lineRule="auto"/>
      </w:pPr>
      <w:r>
        <w:rPr>
          <w:rFonts w:ascii="Calibri" w:hAnsi="Calibri"/>
          <w:b w:val="0"/>
          <w:color w:val="000000"/>
          <w:sz w:val="21"/>
        </w:rPr>
        <w:t>Professionnel·le axé·e sur les résultats, possédant [X] années d'expérience en [secteur/fonction]. Reconnu·e pour [force], [force] et l'atteinte de [résultat mesurable]. Souhaite mettre ces compétences au service d'un poste de [poste ciblé] au Canada.</w:t>
      </w:r>
    </w:p>
    <w:p>
      <w:pPr>
        <w:keepNext/>
        <w:spacing w:before="280" w:after="120"/>
      </w:pPr>
      <w:r>
        <w:rPr>
          <w:rFonts w:ascii="Calibri" w:hAnsi="Calibri"/>
          <w:b/>
          <w:color w:val="1F4D78"/>
          <w:sz w:val="25"/>
        </w:rPr>
        <w:t>COMPÉTENCES CLÉS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1F4D78"/>
                <w:sz w:val="19"/>
              </w:rPr>
              <w:t>Coordination de projets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1F4D78"/>
                <w:sz w:val="19"/>
              </w:rPr>
              <w:t>Service à la clientèle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1F4D78"/>
                <w:sz w:val="19"/>
              </w:rPr>
              <w:t>Analyse de données</w:t>
            </w:r>
          </w:p>
        </w:tc>
      </w:tr>
      <w:tr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1F4D78"/>
                <w:sz w:val="19"/>
              </w:rPr>
              <w:t>Amélioration des processus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1F4D78"/>
                <w:sz w:val="19"/>
              </w:rPr>
              <w:t>Collaboration d'équipe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1F4D78"/>
                <w:sz w:val="19"/>
              </w:rPr>
              <w:t>MS Office / [outils]</w:t>
            </w:r>
          </w:p>
        </w:tc>
      </w:tr>
    </w:tbl>
    <w:p>
      <w:pPr>
        <w:keepNext/>
        <w:spacing w:before="280" w:after="120"/>
      </w:pPr>
      <w:r>
        <w:rPr>
          <w:rFonts w:ascii="Calibri" w:hAnsi="Calibri"/>
          <w:b/>
          <w:color w:val="1F4D78"/>
          <w:sz w:val="25"/>
        </w:rPr>
        <w:t>EXPÉRIENCE PROFESSIONNELLE</w:t>
      </w:r>
    </w:p>
    <w:p>
      <w:pPr>
        <w:spacing w:after="100" w:line="276" w:lineRule="auto"/>
      </w:pPr>
      <w:r>
        <w:rPr>
          <w:rFonts w:ascii="Calibri" w:hAnsi="Calibri"/>
          <w:b/>
          <w:color w:val="000000"/>
          <w:sz w:val="21"/>
        </w:rPr>
        <w:t>TITRE DU POSTE</w:t>
      </w:r>
      <w:r>
        <w:rPr>
          <w:rFonts w:ascii="Calibri" w:hAnsi="Calibri"/>
          <w:b w:val="0"/>
          <w:color w:val="000000"/>
          <w:sz w:val="21"/>
        </w:rPr>
        <w:t xml:space="preserve">  |  Employeur, Ville, Province  |  2022–Aujourd'hui</w:t>
      </w:r>
    </w:p>
    <w:p>
      <w:pPr>
        <w:pStyle w:val="ListBullet"/>
        <w:spacing w:after="80" w:line="276" w:lineRule="auto"/>
        <w:ind w:left="547" w:hanging="274"/>
      </w:pPr>
      <w:r>
        <w:rPr>
          <w:rFonts w:ascii="Calibri" w:hAnsi="Calibri"/>
          <w:b w:val="0"/>
          <w:color w:val="000000"/>
          <w:sz w:val="21"/>
        </w:rPr>
        <w:t>Pilotage de [projet/processus] ayant amélioré [indicateur] de [X %] et produit [résultat].</w:t>
      </w:r>
    </w:p>
    <w:p>
      <w:pPr>
        <w:pStyle w:val="ListBullet"/>
        <w:spacing w:after="80" w:line="276" w:lineRule="auto"/>
        <w:ind w:left="547" w:hanging="274"/>
      </w:pPr>
      <w:r>
        <w:rPr>
          <w:rFonts w:ascii="Calibri" w:hAnsi="Calibri"/>
          <w:b w:val="0"/>
          <w:color w:val="000000"/>
          <w:sz w:val="21"/>
        </w:rPr>
        <w:t>Collaboration avec [équipes/parties prenantes] pour livrer [portée] dans les délais et le budget.</w:t>
      </w:r>
    </w:p>
    <w:p>
      <w:pPr>
        <w:pStyle w:val="ListBullet"/>
        <w:spacing w:after="80" w:line="276" w:lineRule="auto"/>
        <w:ind w:left="547" w:hanging="274"/>
      </w:pPr>
      <w:r>
        <w:rPr>
          <w:rFonts w:ascii="Calibri" w:hAnsi="Calibri"/>
          <w:b w:val="0"/>
          <w:color w:val="000000"/>
          <w:sz w:val="21"/>
        </w:rPr>
        <w:t>Résolution de [type de problème] pour [nombre] clients/utilisateurs tout en maintenant [indicateur de qualité].</w:t>
      </w:r>
    </w:p>
    <w:p>
      <w:pPr>
        <w:spacing w:after="100" w:line="276" w:lineRule="auto"/>
      </w:pPr>
      <w:r>
        <w:rPr>
          <w:rFonts w:ascii="Calibri" w:hAnsi="Calibri"/>
          <w:b/>
          <w:color w:val="000000"/>
          <w:sz w:val="21"/>
        </w:rPr>
        <w:t>POSTE PRÉCÉDENT</w:t>
      </w:r>
      <w:r>
        <w:rPr>
          <w:rFonts w:ascii="Calibri" w:hAnsi="Calibri"/>
          <w:b w:val="0"/>
          <w:color w:val="000000"/>
          <w:sz w:val="21"/>
        </w:rPr>
        <w:t xml:space="preserve">  |  Employeur, Ville, Pays  |  2019–2022</w:t>
      </w:r>
    </w:p>
    <w:p>
      <w:pPr>
        <w:pStyle w:val="ListBullet"/>
        <w:spacing w:after="80" w:line="276" w:lineRule="auto"/>
        <w:ind w:left="547" w:hanging="274"/>
      </w:pPr>
      <w:r>
        <w:rPr>
          <w:rFonts w:ascii="Calibri" w:hAnsi="Calibri"/>
          <w:b w:val="0"/>
          <w:color w:val="000000"/>
          <w:sz w:val="21"/>
        </w:rPr>
        <w:t>Gestion de [responsabilité] et atteinte de [résultat précis et quantifié].</w:t>
      </w:r>
    </w:p>
    <w:p>
      <w:pPr>
        <w:pStyle w:val="ListBullet"/>
        <w:spacing w:after="80" w:line="276" w:lineRule="auto"/>
        <w:ind w:left="547" w:hanging="274"/>
      </w:pPr>
      <w:r>
        <w:rPr>
          <w:rFonts w:ascii="Calibri" w:hAnsi="Calibri"/>
          <w:b w:val="0"/>
          <w:color w:val="000000"/>
          <w:sz w:val="21"/>
        </w:rPr>
        <w:t>Mise en place de [amélioration] ayant réduit [coût/délai/erreurs] de [X %].</w:t>
      </w:r>
    </w:p>
    <w:p>
      <w:pPr>
        <w:keepNext/>
        <w:spacing w:before="280" w:after="120"/>
      </w:pPr>
      <w:r>
        <w:rPr>
          <w:rFonts w:ascii="Calibri" w:hAnsi="Calibri"/>
          <w:b/>
          <w:color w:val="1F4D78"/>
          <w:sz w:val="25"/>
        </w:rPr>
        <w:t>FORMATION</w:t>
      </w:r>
    </w:p>
    <w:p>
      <w:pPr>
        <w:spacing w:after="100" w:line="276" w:lineRule="auto"/>
      </w:pPr>
      <w:r>
        <w:rPr>
          <w:rFonts w:ascii="Calibri" w:hAnsi="Calibri"/>
          <w:b w:val="0"/>
          <w:color w:val="000000"/>
          <w:sz w:val="21"/>
        </w:rPr>
        <w:t>DIPLÔME  |  Établissement, Ville, Pays  |  Année</w:t>
      </w:r>
    </w:p>
    <w:p>
      <w:pPr>
        <w:spacing w:after="100" w:line="276" w:lineRule="auto"/>
      </w:pPr>
      <w:r>
        <w:rPr>
          <w:rFonts w:ascii="Calibri" w:hAnsi="Calibri"/>
          <w:b w:val="0"/>
          <w:color w:val="000000"/>
          <w:sz w:val="21"/>
        </w:rPr>
        <w:t>Équivalence canadienne (s'il y a lieu) : [évaluation comparative].</w:t>
      </w:r>
    </w:p>
    <w:p>
      <w:pPr>
        <w:keepNext/>
        <w:spacing w:before="280" w:after="120"/>
      </w:pPr>
      <w:r>
        <w:rPr>
          <w:rFonts w:ascii="Calibri" w:hAnsi="Calibri"/>
          <w:b/>
          <w:color w:val="1F4D78"/>
          <w:sz w:val="25"/>
        </w:rPr>
        <w:t>LANGUES</w:t>
      </w:r>
    </w:p>
    <w:p>
      <w:pPr>
        <w:spacing w:after="100" w:line="276" w:lineRule="auto"/>
      </w:pPr>
      <w:r>
        <w:rPr>
          <w:rFonts w:ascii="Calibri" w:hAnsi="Calibri"/>
          <w:b w:val="0"/>
          <w:color w:val="000000"/>
          <w:sz w:val="21"/>
        </w:rPr>
        <w:t>Français : [niveau]  |  Anglais : [niveau]  |  Portugais : [niveau]</w:t>
      </w:r>
    </w:p>
    <w:sectPr w:rsidR="00FC693F" w:rsidRPr="0006063C" w:rsidSect="00034616">
      <w:footerReference w:type="default" r:id="rId9"/>
      <w:pgSz w:w="12240" w:h="15840"/>
      <w:pgMar w:top="936" w:right="1152" w:bottom="936" w:left="115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color w:val="555555"/>
        <w:sz w:val="16"/>
      </w:rPr>
      <w:t>Modèle de CV canadien • Ne pas inclure de photo, d'âge, d'état civil ni de NAS.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CV canadien</dc:title>
  <dc:subject/>
  <dc:creator>Você no Quebec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